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מילים שאי אפשר להחזיר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טקסט מידעי · כיתה ט׳ · טכנולוגיה ורשת · מסלול עולים – עברית פשוטה ומילון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נוסח לעולים: טקסט בעברית פשוטה, מילון בטבלה (עם עמודה למילה בשפת הבית), שאלות קצרות, שאלות בחירה ושאלת עמדה עם פתיחי משפטים.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א׳ – שאלות קצרות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1. מה זו לשון הרע? · </w:t>
      </w:r>
      <w:r>
        <w:rPr>
          <w:rFonts w:ascii="Arial" w:hAnsi="Arial" w:cs="Arial"/>
          <w:b w:val="0"/>
          <w:sz w:val="17"/>
          <w:rtl w:val="1"/>
          <w:szCs w:val="17"/>
        </w:rPr>
        <w:t>דברים שפוגעים בשם הטוב של אדם.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2. האם פוסט ברשת הוא פרסום? · </w:t>
      </w:r>
      <w:r>
        <w:rPr>
          <w:rFonts w:ascii="Arial" w:hAnsi="Arial" w:cs="Arial"/>
          <w:b w:val="0"/>
          <w:sz w:val="17"/>
          <w:rtl w:val="1"/>
          <w:szCs w:val="17"/>
        </w:rPr>
        <w:t>כן.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3. מה עשה האיש עם הנוצות? · </w:t>
      </w:r>
      <w:r>
        <w:rPr>
          <w:rFonts w:ascii="Arial" w:hAnsi="Arial" w:cs="Arial"/>
          <w:b w:val="0"/>
          <w:sz w:val="17"/>
          <w:rtl w:val="1"/>
          <w:szCs w:val="17"/>
        </w:rPr>
        <w:t>פיזר אותן ברוח.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4. האם הצליח לאסוף אותן? · </w:t>
      </w:r>
      <w:r>
        <w:rPr>
          <w:rFonts w:ascii="Arial" w:hAnsi="Arial" w:cs="Arial"/>
          <w:b w:val="0"/>
          <w:sz w:val="17"/>
          <w:rtl w:val="1"/>
          <w:szCs w:val="17"/>
        </w:rPr>
        <w:t>לא.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5. מה שואלים לפני שכותבים? · </w:t>
      </w:r>
      <w:r>
        <w:rPr>
          <w:rFonts w:ascii="Arial" w:hAnsi="Arial" w:cs="Arial"/>
          <w:b w:val="0"/>
          <w:sz w:val="17"/>
          <w:rtl w:val="1"/>
          <w:szCs w:val="17"/>
        </w:rPr>
        <w:t>למה אני כותב, ולמי.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ב׳ – שאלות בחירה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6. מהי לשון הרע? · </w:t>
      </w:r>
      <w:r>
        <w:rPr>
          <w:rFonts w:ascii="Arial" w:hAnsi="Arial" w:cs="Arial"/>
          <w:b w:val="0"/>
          <w:sz w:val="17"/>
          <w:rtl w:val="1"/>
          <w:szCs w:val="17"/>
        </w:rPr>
        <w:t>ב. דיבור או כתיבה שעלולים להשפיל אדם ולפגוע בשמו הטוב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7. מה נחשב ״פרסום״ ברשת? · </w:t>
      </w:r>
      <w:r>
        <w:rPr>
          <w:rFonts w:ascii="Arial" w:hAnsi="Arial" w:cs="Arial"/>
          <w:b w:val="0"/>
          <w:sz w:val="17"/>
          <w:rtl w:val="1"/>
          <w:szCs w:val="17"/>
        </w:rPr>
        <w:t>ב. גם פוסט, תגובה או שיתוף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8. מה מלמד משל הנוצות? · </w:t>
      </w:r>
      <w:r>
        <w:rPr>
          <w:rFonts w:ascii="Arial" w:hAnsi="Arial" w:cs="Arial"/>
          <w:b w:val="0"/>
          <w:sz w:val="17"/>
          <w:rtl w:val="1"/>
          <w:szCs w:val="17"/>
        </w:rPr>
        <w:t>ב. שאי אפשר להחזיר מילים אחרי שהתפזרו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9. מה ההבדל בין ביקורת ללשון הרע? · </w:t>
      </w:r>
      <w:r>
        <w:rPr>
          <w:rFonts w:ascii="Arial" w:hAnsi="Arial" w:cs="Arial"/>
          <w:b w:val="0"/>
          <w:sz w:val="17"/>
          <w:rtl w:val="1"/>
          <w:szCs w:val="17"/>
        </w:rPr>
        <w:t>ב. ביקורת מכוונת למעשה ולמי שיכול לתקן; לשון הרע לאדם ולקהל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ג׳ – העמדה שלי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10. יש הטוענים שאם משהו נכון – מותר לפרסם אותו, ויש הטוענים שגם דבר נכון אסור לפרסם אם הוא פוגע בלי תועלת. באיזו עמדה אתם תומכים? נמקו, והסתמכו על פרט אחד לפחות מן הטקסט או מניסיונכם. · </w:t>
      </w:r>
      <w:r>
        <w:rPr>
          <w:rFonts w:ascii="Arial" w:hAnsi="Arial" w:cs="Arial"/>
          <w:b w:val="0"/>
          <w:sz w:val="17"/>
          <w:rtl w:val="1"/>
          <w:szCs w:val="17"/>
        </w:rPr>
        <w:t>תשובה פתוחה: עמדה + נימוק + ראיה (דוגמת הציון, ההגנה בחוק – אמת ועניין ציבורי, ההלכה, משל הנוצות).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הערכה · </w:t>
      </w:r>
      <w:r>
        <w:rPr>
          <w:rFonts w:ascii="Arial" w:hAnsi="Arial" w:cs="Arial"/>
          <w:b w:val="0"/>
          <w:sz w:val="17"/>
          <w:rtl w:val="1"/>
          <w:szCs w:val="17"/>
        </w:rPr>
        <w:t>מעריכים בעיקר את התוכן: עמדה + נימוק + דוגמה. לא מורידים על שגיאות כתיב.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עבודה – 🪶 מילים שאי אפשר להחזיר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טקסט מידעי · כיתה ט׳ · מסלול עולים – עברית פשוטה ומילון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2B8F86"/>
          <w:sz w:val="22"/>
          <w:rtl w:val="1"/>
          <w:szCs w:val="22"/>
          <w:bCs/>
        </w:rPr>
        <w:t>📖 מילון לטקסט – מילים חשובות בעברית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המילה</w:t>
            </w:r>
          </w:p>
        </w:tc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זה אומר?</w:t>
            </w:r>
          </w:p>
        </w:tc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מילה בשפה שלי ✏️</w:t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להשפיל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לגרום למישהו להרגיש קטן ונבוך מול אחרים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לתבוע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לפנות לבית משפט ולבקש צדק או פיצוי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פיצוי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כסף או דבר אחר שמקבלים בגלל נזק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עניין ציבורי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משהו שחשוב לציבור לדעת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רכילות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דיבור על אנשים מאחורי גבם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מחילה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סליחה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משל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סיפור קצר שמלמד מוסר השכל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טקסט מידעי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🪶 מילים שאי אפשר להחזיר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לשון הרע: לדבר או לכתוב על אדם דברים שפוגעים בשם הטוב שלו. את השם הטוב קשה מאוד להחזיר.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יש חוק שמגן על השם הטוב. גם פוסט או שיתוף ברשת נחשבים ״פרסום״.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גם במסורת היהודית – לשון הרע אסורה, גם כשהדברים נכונים, אם אין בהם תועלת.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משל הנוצות: אדם פיזר נוצות ברוח, ולא הצליח לאסוף אותן בחזרה. כך גם מילים.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מותר לבקר מעשה ולפנות למי שיכול לתקן. לפני שכותבים שואלים: למה אני כותב, ולמי?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א׳: שאלות קצרות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זו לשון הרע?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האם פוסט ברשת הוא פרסום?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</w:t>
      </w:r>
      <w:r>
        <w:rPr>
          <w:rFonts w:ascii="Arial" w:hAnsi="Arial" w:cs="Arial"/>
          <w:b/>
          <w:sz w:val="22"/>
          <w:rtl w:val="1"/>
          <w:szCs w:val="22"/>
          <w:bCs/>
        </w:rPr>
        <w:t>מה עשה האיש עם הנוצות?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</w:t>
      </w:r>
      <w:r>
        <w:rPr>
          <w:rFonts w:ascii="Arial" w:hAnsi="Arial" w:cs="Arial"/>
          <w:b/>
          <w:sz w:val="22"/>
          <w:rtl w:val="1"/>
          <w:szCs w:val="22"/>
          <w:bCs/>
        </w:rPr>
        <w:t>האם הצליח לאסוף אותן?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</w:t>
      </w:r>
      <w:r>
        <w:rPr>
          <w:rFonts w:ascii="Arial" w:hAnsi="Arial" w:cs="Arial"/>
          <w:b/>
          <w:sz w:val="22"/>
          <w:rtl w:val="1"/>
          <w:szCs w:val="22"/>
          <w:bCs/>
        </w:rPr>
        <w:t>מה שואלים לפני שכותבים?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ב׳: שאלות בחירה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</w:t>
      </w:r>
      <w:r>
        <w:rPr>
          <w:rFonts w:ascii="Arial" w:hAnsi="Arial" w:cs="Arial"/>
          <w:b/>
          <w:sz w:val="22"/>
          <w:rtl w:val="1"/>
          <w:szCs w:val="22"/>
          <w:bCs/>
        </w:rPr>
        <w:t>מהי לשון הרע?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כל ביקורת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דיבור או כתיבה שעלולים להשפיל אדם ולפגוע בשמו הטוב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שקר על מזג האוויר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מחמאה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</w:t>
      </w:r>
      <w:r>
        <w:rPr>
          <w:rFonts w:ascii="Arial" w:hAnsi="Arial" w:cs="Arial"/>
          <w:b/>
          <w:sz w:val="22"/>
          <w:rtl w:val="1"/>
          <w:szCs w:val="22"/>
          <w:bCs/>
        </w:rPr>
        <w:t>מה נחשב ״פרסום״ ברשת?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רק כתבה בעיתון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גם פוסט, תגובה או שיתוף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רק סרטון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שום דבר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</w:t>
      </w:r>
      <w:r>
        <w:rPr>
          <w:rFonts w:ascii="Arial" w:hAnsi="Arial" w:cs="Arial"/>
          <w:b/>
          <w:sz w:val="22"/>
          <w:rtl w:val="1"/>
          <w:szCs w:val="22"/>
          <w:bCs/>
        </w:rPr>
        <w:t>מה מלמד משל הנוצות?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שצריך לנקות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שאי אפשר להחזיר מילים אחרי שהתפזרו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שכדאי לישון על כרית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שהרוח חזקה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9.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ההבדל בין ביקורת ללשון הרע?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אין הבדל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ביקורת מכוונת למעשה ולמי שיכול לתקן; לשון הרע לאדם ולקהל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ביקורת תמיד בשקט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לשון הרע תמיד שקר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ג׳: העמדה שלי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10. </w:t>
      </w:r>
      <w:r>
        <w:rPr>
          <w:rFonts w:ascii="Arial" w:hAnsi="Arial" w:cs="Arial"/>
          <w:b/>
          <w:sz w:val="22"/>
          <w:rtl w:val="1"/>
          <w:szCs w:val="22"/>
          <w:bCs/>
        </w:rPr>
        <w:t>יש הטוענים שאם משהו נכון – מותר לפרסם אותו, ויש הטוענים שגם דבר נכון אסור לפרסם אם הוא פוגע בלי תועלת. באיזו עמדה אתם תומכים? נמקו, והסתמכו על פרט אחד לפחות מן הטקסט או מניסיונכם.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(תזכורת לכתיבת תשובה מלאה: הצהרת עמדה ברורה + נימוק הגיוני + הוכחה או דוגמה)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אני חושב/ת ש 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הסיבה היא 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למשל, בטקסט כתוב 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מילה שעדיין קשה לי: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מילים שאי אפשר להחזיר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מילים שאי אפשר להחזיר –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